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39f45-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a27851-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f8d66-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0c8a03-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9a1de74-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aa2bfef-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efbd08-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0116000" cy="56902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ad57ae-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16000" cy="56902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