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17" w:h="16855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7200" cy="107028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67200" cy="107028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17" w:h="1685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