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17" w:h="16855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