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10692000" cy="755961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596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10692000" cy="756913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91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10692000" cy="756913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91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10692000" cy="755961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59615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6838" w:h="11906" w:orient="landscape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