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596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596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596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596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9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10692000" cy="756913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913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