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10692000" cy="1511923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151192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23811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10692000" cy="1511923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151192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23811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10692000" cy="1512875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15128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23811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10692000" cy="1511923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1511923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8" w:h="23811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