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10674000" cy="7506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