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56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5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0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564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5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0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564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5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0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564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5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0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564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5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0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564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5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0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564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5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0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564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5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0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564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564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8" w:h="11900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