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0674000" cy="750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674000" cy="750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10674000" cy="7506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674000" cy="750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10674000" cy="7506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3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674000" cy="750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10674000" cy="7506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4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674000" cy="750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10674000" cy="7506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5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674000" cy="750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10674000" cy="7506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6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674000" cy="750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10674000" cy="7506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7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674000" cy="750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10674000" cy="7506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8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674000" cy="7506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6838" w:h="11906" w:orient="landscape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