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542000" cy="1063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