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0674000" cy="1506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15066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23811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