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0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1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2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3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5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6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br w:type="page"/>
      </w:r>
    </w:p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0692000" cy="756000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7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0692000" cy="756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6838" w:h="11906" w:orient="landscape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/>
    </w:p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