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1F3A5F"/>
          <w:sz w:val="40"/>
        </w:rPr>
        <w:t>ÇEDES DEĞERLER EĞİTİMİ</w:t>
      </w:r>
    </w:p>
    <w:p>
      <w:pPr>
        <w:spacing w:before="0" w:after="40"/>
        <w:jc w:val="center"/>
      </w:pPr>
      <w:r>
        <w:rPr>
          <w:b/>
          <w:sz w:val="26"/>
        </w:rPr>
        <w:t>KASIM AYI ÇALIŞMA DOSYASI  ·  2026 - 2027 Eğitim Öğretim Yılı</w:t>
      </w:r>
    </w:p>
    <w:p>
      <w:pPr>
        <w:spacing w:before="0" w:after="80"/>
        <w:jc w:val="center"/>
      </w:pPr>
      <w:r>
        <w:rPr>
          <w:b w:val="0"/>
          <w:sz w:val="24"/>
        </w:rPr>
        <w:t>Ayın değerleri: Aile Bütünlüğü • Sevgi</w:t>
      </w:r>
    </w:p>
    <w:p>
      <w:pPr>
        <w:spacing w:before="0" w:after="80"/>
        <w:jc w:val="center"/>
      </w:pPr>
      <w:r>
        <w:rPr>
          <w:b w:val="0"/>
          <w:color w:val="555555"/>
          <w:sz w:val="21"/>
        </w:rPr>
        <w:t>16 – 20 Kasım: 1. dönem ara tatili</w:t>
      </w:r>
    </w:p>
    <w:p>
      <w:pPr>
        <w:spacing w:before="200" w:after="80"/>
        <w:shd w:val="clear" w:color="auto" w:fill="1F3A5F"/>
      </w:pPr>
      <w:r>
        <w:rPr>
          <w:b/>
          <w:color w:val="FFFFFF"/>
          <w:sz w:val="28"/>
        </w:rPr>
        <w:t>6 ve 7. HAFTA  ·  2 – 13 Kasım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AİLE BÜTÜNLÜĞÜ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Ailece Birlik Olmak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Aile birliğinin sağlanması için karşılıklı saygı, sevgi ve güvenin gerekli olduğunu bilir.</w:t>
      </w:r>
    </w:p>
    <w:p>
      <w:pPr>
        <w:spacing w:before="160" w:after="80"/>
      </w:pPr>
      <w:r>
        <w:rPr>
          <w:b/>
          <w:color w:val="1F3A5F"/>
          <w:sz w:val="26"/>
        </w:rPr>
        <w:t>Okuma Metni: Pazar Kahvaltısı</w:t>
      </w:r>
    </w:p>
    <w:p>
      <w:pPr>
        <w:spacing w:before="0" w:after="120" w:line="300" w:lineRule="auto"/>
      </w:pPr>
      <w:r>
        <w:rPr>
          <w:b w:val="0"/>
          <w:sz w:val="24"/>
        </w:rPr>
        <w:t>Her pazar sabahı Ela'nın ailesi birlikte kahvaltı hazırlardı: babası çay demler, annesi yumurta pişirir, Ela ve kardeşi sofrayı kurardı. Herkes gününü anlatır, birlikte gülerlerdi.</w:t>
      </w:r>
    </w:p>
    <w:p>
      <w:pPr>
        <w:spacing w:before="0" w:after="120" w:line="300" w:lineRule="auto"/>
      </w:pPr>
      <w:r>
        <w:rPr>
          <w:b w:val="0"/>
          <w:sz w:val="24"/>
        </w:rPr>
        <w:t>Ela bir gün öğretmenine bunu anlattığında öğretmen gülümsedi: 'İşte bu, aile bütünlüğü. Küçük anlar, aileyi birbirine bağlayan en güçlü ip gibidir.'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aile bütünlüğü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aile bütünlüğü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Ailem ile Birlikte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Kağıt, boya kalemi, isteğe bağlı fotoğraf</w:t>
      </w:r>
    </w:p>
    <w:p>
      <w:pPr>
        <w:spacing w:before="0" w:after="80"/>
      </w:pPr>
      <w:r>
        <w:rPr>
          <w:b w:val="0"/>
          <w:sz w:val="24"/>
        </w:rPr>
        <w:t>1. Öğrenciler ailesiyle birlikte yaptığı sevdiği bir etkinliği (oyun, yemek, gezi) resimler.</w:t>
      </w:r>
    </w:p>
    <w:p>
      <w:pPr>
        <w:spacing w:before="0" w:after="80"/>
      </w:pPr>
      <w:r>
        <w:rPr>
          <w:b w:val="0"/>
          <w:sz w:val="24"/>
        </w:rPr>
        <w:t>2. 'Ailemle birlikte' başlıklı kısa bir sözlü paylaşım turu yapılır.</w:t>
      </w:r>
    </w:p>
    <w:p>
      <w:pPr>
        <w:spacing w:before="0" w:after="80"/>
      </w:pPr>
      <w:r>
        <w:rPr>
          <w:b w:val="0"/>
          <w:sz w:val="24"/>
        </w:rPr>
        <w:t>3. Sınıfta 'Aile Ağacımız' panosu için her öğrenci ailesinin bir fotoğrafını/resmini getirip asar (isteğe bağlı).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“Küçük anlar, aileyi birbirine bağlayan en güçlü iplerdir.”</w:t>
      </w:r>
    </w:p>
    <w:p>
      <w:pPr>
        <w:pStyle w:val="ListBullet"/>
        <w:spacing w:after="40"/>
      </w:pPr>
      <w:r>
        <w:t>Ailemizle birlikte vakit geçirmeye özen gösteririz.</w:t>
      </w:r>
    </w:p>
    <w:p>
      <w:pPr>
        <w:pStyle w:val="ListBullet"/>
        <w:spacing w:after="40"/>
      </w:pPr>
      <w:r>
        <w:t>Birbirimizi dinler, destek oluruz.</w:t>
      </w:r>
    </w:p>
    <w:p>
      <w:pPr>
        <w:pStyle w:val="ListBullet"/>
        <w:spacing w:after="40"/>
      </w:pPr>
      <w:r>
        <w:t>Aile içi görevleri paylaşırız.</w:t>
      </w:r>
    </w:p>
    <w:p>
      <w:pPr>
        <w:pStyle w:val="ListBullet"/>
        <w:spacing w:after="40"/>
      </w:pPr>
      <w:r>
        <w:t>Sevgi ve saygı aileyi güçlü kılar.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8. HAFTA  ·  23 – 27 Kasım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SEVGİ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Koşulsuz Sevgiyi Anlamak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İnsanları farklılıklarıyla kabul eder.</w:t>
      </w:r>
    </w:p>
    <w:p>
      <w:pPr>
        <w:spacing w:before="160" w:after="80"/>
      </w:pPr>
      <w:r>
        <w:rPr>
          <w:b/>
          <w:color w:val="1F3A5F"/>
          <w:sz w:val="26"/>
        </w:rPr>
        <w:t>Okuma Metni: Annemin Kucağı</w:t>
      </w:r>
    </w:p>
    <w:p>
      <w:pPr>
        <w:spacing w:before="0" w:after="120" w:line="300" w:lineRule="auto"/>
      </w:pPr>
      <w:r>
        <w:rPr>
          <w:b w:val="0"/>
          <w:sz w:val="24"/>
        </w:rPr>
        <w:t>Küçük Defne, kötü bir not aldığında ağlayarak eve geldi. Annesi onu hiç azarlamadan kucakladı: 'Notun ne olursa olsun, seni her zaman seveceğim.'</w:t>
      </w:r>
    </w:p>
    <w:p>
      <w:pPr>
        <w:spacing w:before="0" w:after="120" w:line="300" w:lineRule="auto"/>
      </w:pPr>
      <w:r>
        <w:rPr>
          <w:b w:val="0"/>
          <w:sz w:val="24"/>
        </w:rPr>
        <w:t>Defne o an anladı ki gerçek sevgi, başarıya değil kişinin kendisine duyulan bir bağdır. O günden sonra o da arkadaşlarına, hayvanlara ve doğaya karşı bu sevgiyi göstermeye çalıştı.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sevgi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sevgi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Sevgi Zinciri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Renkli kağıt şeritleri, yapıştırıcı</w:t>
      </w:r>
    </w:p>
    <w:p>
      <w:pPr>
        <w:spacing w:before="0" w:after="80"/>
      </w:pPr>
      <w:r>
        <w:rPr>
          <w:b w:val="0"/>
          <w:sz w:val="24"/>
        </w:rPr>
        <w:t>1. Her öğrenci kağıt şeritlere sevdiği bir kişiyi/şeyi yazar; şeritler birbirine halka halka eklenerek sınıf 'Sevgi Zinciri' oluşturulur.</w:t>
      </w:r>
    </w:p>
    <w:p>
      <w:pPr>
        <w:spacing w:before="0" w:after="80"/>
      </w:pPr>
      <w:r>
        <w:rPr>
          <w:b w:val="0"/>
          <w:sz w:val="24"/>
        </w:rPr>
        <w:t>2. 'Sevginin gösterildiği 5 küçük davranış' sınıfça beyin fırtınasıyla listelenir (sarılmak, teşekkür etmek, yardım etmek vb.).</w:t>
      </w:r>
    </w:p>
    <w:p>
      <w:pPr>
        <w:spacing w:before="0" w:after="80"/>
      </w:pPr>
      <w:r>
        <w:rPr>
          <w:b w:val="0"/>
          <w:sz w:val="24"/>
        </w:rPr>
        <w:t>3. İsteyen öğrenciler bir arkadaşına küçük bir sevgi notu yazıp verir.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“Sevgi, koşulsuz ve içtendir.”</w:t>
      </w:r>
    </w:p>
    <w:p>
      <w:pPr>
        <w:pStyle w:val="ListBullet"/>
        <w:spacing w:after="40"/>
      </w:pPr>
      <w:r>
        <w:t>Sevgimizi sözle ve davranışla gösteririz.</w:t>
      </w:r>
    </w:p>
    <w:p>
      <w:pPr>
        <w:pStyle w:val="ListBullet"/>
        <w:spacing w:after="40"/>
      </w:pPr>
      <w:r>
        <w:t>Sevgi, başarıya değil kalbe bakar.</w:t>
      </w:r>
    </w:p>
    <w:p>
      <w:pPr>
        <w:pStyle w:val="ListBullet"/>
        <w:spacing w:after="40"/>
      </w:pPr>
      <w:r>
        <w:t>Aile, arkadaş, doğa... sevgi her yerdedir.</w:t>
      </w:r>
    </w:p>
    <w:p>
      <w:pPr>
        <w:pStyle w:val="ListBullet"/>
        <w:spacing w:after="40"/>
      </w:pPr>
      <w:r>
        <w:t>Küçük bir jest bile büyük sevgi taşır.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8"/>
      </w:rPr>
      <w:t>Dijital Öğretmen · Hasan Tutuş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