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 w:val="0"/>
          <w:sz w:val="21"/>
        </w:rPr>
        <w:t>Adım Soyadım: ..............................................          Tarih: ....................</w:t>
      </w:r>
    </w:p>
    <w:p>
      <w:r>
        <w:drawing>
          <wp:inline xmlns:a="http://schemas.openxmlformats.org/drawingml/2006/main" xmlns:pic="http://schemas.openxmlformats.org/drawingml/2006/picture">
            <wp:extent cx="432000" cy="43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gnifying_glass_tilted_lef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2F7FD1"/>
          <w:sz w:val="40"/>
        </w:rPr>
        <w:t xml:space="preserve">  Hava Gözlem Çizelgem</w:t>
      </w:r>
    </w:p>
    <w:p>
      <w:pPr>
        <w:spacing w:after="60"/>
      </w:pPr>
      <w:r>
        <w:rPr>
          <w:b w:val="0"/>
          <w:color w:val="555555"/>
          <w:sz w:val="20"/>
        </w:rPr>
        <w:t>2. Sınıf Hayat Bilgisi · Doğa ve Çevre · Her gün aynı saatte dışarı bak. Havanın resmini çiz, sıcaklığı yuvarlak içine al, ne giydiğini çiz.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0"/>
        <w:gridCol w:w="1290"/>
        <w:gridCol w:w="1290"/>
        <w:gridCol w:w="1290"/>
        <w:gridCol w:w="1290"/>
        <w:gridCol w:w="1290"/>
        <w:gridCol w:w="1290"/>
        <w:gridCol w:w="1290"/>
      </w:tblGrid>
      <w:tr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Güneşli</w:t>
            </w:r>
          </w:p>
        </w:tc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u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Bulutlu</w:t>
            </w:r>
          </w:p>
        </w:tc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ud_with_rai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Yağmurlu</w:t>
            </w:r>
          </w:p>
        </w:tc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ud_with_sn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Karlı</w:t>
            </w:r>
          </w:p>
        </w:tc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_fac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Rüzgârlı</w:t>
            </w:r>
          </w:p>
        </w:tc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Sisli</w:t>
            </w:r>
          </w:p>
        </w:tc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i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Dolu</w:t>
            </w:r>
          </w:p>
        </w:tc>
        <w:tc>
          <w:tcPr>
            <w:tcW w:type="dxa" w:w="1290"/>
            <w:shd w:val="clear" w:color="auto" w:fill="F5FAFF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ud_with_lightning_and_rain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  <w:t>Fırtınalı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587"/>
            <w:shd w:val="clear" w:color="auto" w:fill="2F7FD1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</w:p>
        </w:tc>
        <w:tc>
          <w:tcPr>
            <w:tcW w:type="dxa" w:w="1701"/>
            <w:shd w:val="clear" w:color="auto" w:fill="2F7FD1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Pazartesi</w:t>
            </w:r>
          </w:p>
        </w:tc>
        <w:tc>
          <w:tcPr>
            <w:tcW w:type="dxa" w:w="1701"/>
            <w:shd w:val="clear" w:color="auto" w:fill="2F7FD1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Salı</w:t>
            </w:r>
          </w:p>
        </w:tc>
        <w:tc>
          <w:tcPr>
            <w:tcW w:type="dxa" w:w="1701"/>
            <w:shd w:val="clear" w:color="auto" w:fill="2F7FD1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Çarşamba</w:t>
            </w:r>
          </w:p>
        </w:tc>
        <w:tc>
          <w:tcPr>
            <w:tcW w:type="dxa" w:w="1701"/>
            <w:shd w:val="clear" w:color="auto" w:fill="2F7FD1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Perşembe</w:t>
            </w:r>
          </w:p>
        </w:tc>
        <w:tc>
          <w:tcPr>
            <w:tcW w:type="dxa" w:w="1701"/>
            <w:shd w:val="clear" w:color="auto" w:fill="2F7FD1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Cuma</w:t>
            </w:r>
          </w:p>
        </w:tc>
      </w:tr>
      <w:tr>
        <w:trPr>
          <w:trHeight w:val="1927" w:hRule="exact"/>
        </w:trPr>
        <w:tc>
          <w:tcPr>
            <w:tcW w:type="dxa" w:w="1587"/>
            <w:shd w:val="clear" w:color="auto" w:fill="EAF4FF"/>
          </w:tcPr>
          <w:p>
            <w:r>
              <w:rPr>
                <w:b/>
                <w:sz w:val="19"/>
              </w:rPr>
              <w:t>Hava nasıl?</w:t>
              <w:br/>
              <w:t>(çiz)</w:t>
            </w:r>
          </w:p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1474" w:hRule="exact"/>
        </w:trPr>
        <w:tc>
          <w:tcPr>
            <w:tcW w:type="dxa" w:w="1587"/>
            <w:shd w:val="clear" w:color="auto" w:fill="EAF4FF"/>
          </w:tcPr>
          <w:p>
            <w:r>
              <w:rPr>
                <w:b/>
                <w:sz w:val="19"/>
              </w:rPr>
              <w:t>Sıcaklık</w:t>
              <w:br/>
              <w:t>(yuvarlak içine al)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  <w:sz w:val="19"/>
              </w:rPr>
              <w:t>sıcak</w:t>
              <w:br/>
              <w:t>ılık</w:t>
              <w:br/>
              <w:t>serin</w:t>
              <w:br/>
              <w:t>soğuk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  <w:sz w:val="19"/>
              </w:rPr>
              <w:t>sıcak</w:t>
              <w:br/>
              <w:t>ılık</w:t>
              <w:br/>
              <w:t>serin</w:t>
              <w:br/>
              <w:t>soğuk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  <w:sz w:val="19"/>
              </w:rPr>
              <w:t>sıcak</w:t>
              <w:br/>
              <w:t>ılık</w:t>
              <w:br/>
              <w:t>serin</w:t>
              <w:br/>
              <w:t>soğuk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  <w:sz w:val="19"/>
              </w:rPr>
              <w:t>sıcak</w:t>
              <w:br/>
              <w:t>ılık</w:t>
              <w:br/>
              <w:t>serin</w:t>
              <w:br/>
              <w:t>soğuk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  <w:sz w:val="19"/>
              </w:rPr>
              <w:t>sıcak</w:t>
              <w:br/>
              <w:t>ılık</w:t>
              <w:br/>
              <w:t>serin</w:t>
              <w:br/>
              <w:t>soğuk</w:t>
            </w:r>
          </w:p>
        </w:tc>
      </w:tr>
      <w:tr>
        <w:trPr>
          <w:trHeight w:val="1927" w:hRule="exact"/>
        </w:trPr>
        <w:tc>
          <w:tcPr>
            <w:tcW w:type="dxa" w:w="1587"/>
            <w:shd w:val="clear" w:color="auto" w:fill="EAF4FF"/>
          </w:tcPr>
          <w:p>
            <w:r>
              <w:rPr>
                <w:b/>
                <w:sz w:val="19"/>
              </w:rPr>
              <w:t>Ne giydim?</w:t>
              <w:br/>
              <w:t>(çiz)</w:t>
            </w:r>
          </w:p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</w:tbl>
    <w:p>
      <w:pPr>
        <w:spacing w:after="40"/>
      </w:pPr>
    </w:p>
    <w:p>
      <w:pPr>
        <w:spacing w:after="120"/>
      </w:pPr>
      <w:r>
        <w:rPr>
          <w:b w:val="0"/>
          <w:sz w:val="24"/>
        </w:rPr>
        <w:t>Bu hafta en çok ................................ hava gördüm.</w:t>
      </w:r>
    </w:p>
    <w:p>
      <w:pPr>
        <w:spacing w:after="120"/>
      </w:pPr>
      <w:r>
        <w:rPr>
          <w:b w:val="0"/>
          <w:sz w:val="24"/>
        </w:rPr>
        <w:t>Bu hava en çok ................................ mevsiminde görülür.</w:t>
      </w:r>
    </w:p>
    <w:p>
      <w:pPr>
        <w:spacing w:after="120"/>
      </w:pPr>
      <w:r>
        <w:rPr>
          <w:b w:val="0"/>
          <w:sz w:val="24"/>
        </w:rPr>
        <w:t>Şu an ................................ mevsimindeyiz.</w:t>
      </w:r>
    </w:p>
    <w:p>
      <w:pPr>
        <w:spacing w:after="40"/>
      </w:pPr>
      <w:r>
        <w:rPr>
          <w:b/>
          <w:color w:val="1F8FB8"/>
          <w:sz w:val="25"/>
        </w:rPr>
        <w:t>★ Kutudaki sözcüklerle boşlukları doldur.</w:t>
      </w:r>
    </w:p>
    <w:p>
      <w:pPr>
        <w:spacing w:after="60"/>
      </w:pPr>
      <w:r>
        <w:rPr>
          <w:b/>
          <w:color w:val="B36B00"/>
          <w:sz w:val="22"/>
        </w:rPr>
        <w:t>[ dört ]   [ üç ]   [ 12 ]   [ kış ]   [ değişebilir ]</w:t>
      </w:r>
    </w:p>
    <w:p>
      <w:pPr>
        <w:spacing w:after="80"/>
      </w:pPr>
      <w:r>
        <w:rPr>
          <w:b w:val="0"/>
          <w:sz w:val="22"/>
        </w:rPr>
        <w:t>1. Bir yıl .................... aydır.</w:t>
      </w:r>
    </w:p>
    <w:p>
      <w:pPr>
        <w:spacing w:after="80"/>
      </w:pPr>
      <w:r>
        <w:rPr>
          <w:b w:val="0"/>
          <w:sz w:val="22"/>
        </w:rPr>
        <w:t>2. Bir yılda .................... mevsim vardır. Her mevsim .................... ay sürer.</w:t>
      </w:r>
    </w:p>
    <w:p>
      <w:pPr>
        <w:spacing w:after="80"/>
      </w:pPr>
      <w:r>
        <w:rPr>
          <w:b w:val="0"/>
          <w:sz w:val="22"/>
        </w:rPr>
        <w:t>3. En soğuk mevsim .................... mevsimidir.</w:t>
      </w:r>
    </w:p>
    <w:p>
      <w:pPr>
        <w:spacing w:after="80"/>
      </w:pPr>
      <w:r>
        <w:rPr>
          <w:b w:val="0"/>
          <w:sz w:val="22"/>
        </w:rPr>
        <w:t>4. Hava durumu gün içinde bile .................... .</w:t>
      </w:r>
    </w:p>
    <w:p>
      <w:r>
        <w:br w:type="page"/>
      </w:r>
    </w:p>
    <w:p>
      <w:pPr>
        <w:spacing w:after="60"/>
      </w:pPr>
      <w:r>
        <w:rPr>
          <w:b w:val="0"/>
          <w:sz w:val="21"/>
        </w:rPr>
        <w:t>Adım Soyadım: ..............................................          Tarih: ....................</w:t>
      </w:r>
    </w:p>
    <w:p>
      <w:r>
        <w:drawing>
          <wp:inline xmlns:a="http://schemas.openxmlformats.org/drawingml/2006/main" xmlns:pic="http://schemas.openxmlformats.org/drawingml/2006/picture">
            <wp:extent cx="432000" cy="43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ciduous_tre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2F7FD1"/>
          <w:sz w:val="40"/>
        </w:rPr>
        <w:t xml:space="preserve">  Mevsimler ve Hava Olayları</w:t>
      </w:r>
    </w:p>
    <w:p>
      <w:pPr>
        <w:spacing w:after="40"/>
      </w:pPr>
      <w:r>
        <w:rPr>
          <w:b/>
          <w:color w:val="1F8FB8"/>
          <w:sz w:val="25"/>
        </w:rPr>
        <w:t>1  Mevsimi özelliğiyle çizgi çekerek eşleştir.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468000" cy="660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b2hm-agac-kis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6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Kış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rPr>
                <w:sz w:val="21"/>
              </w:rPr>
              <w:t>Ağaçlar çiçek açar, göçmen kuşlar geri döner.</w:t>
            </w:r>
          </w:p>
        </w:tc>
      </w:tr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468000" cy="6606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b2hm-agac-yaz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6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Yaz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rPr>
                <w:sz w:val="21"/>
              </w:rPr>
              <w:t>Yapraklar sararıp dökülür, okullar açılır.</w:t>
            </w:r>
          </w:p>
        </w:tc>
      </w:tr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468000" cy="660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b2hm-agac-sonbahar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6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Sonbahar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rPr>
                <w:sz w:val="21"/>
              </w:rPr>
              <w:t>Kar yağar, geceler çok uzundur.</w:t>
            </w:r>
          </w:p>
        </w:tc>
      </w:tr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468000" cy="660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b2hm-agac-ilkbahar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6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İlkbahar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rPr>
                <w:sz w:val="21"/>
              </w:rPr>
              <w:t>Hava çok sıcaktır, meyveler olgunlaşır.</w:t>
            </w:r>
          </w:p>
        </w:tc>
      </w:tr>
    </w:tbl>
    <w:p>
      <w:pPr>
        <w:spacing w:after="80"/>
      </w:pPr>
    </w:p>
    <w:p>
      <w:pPr>
        <w:spacing w:after="40"/>
      </w:pPr>
      <w:r>
        <w:rPr>
          <w:b/>
          <w:color w:val="1F8FB8"/>
          <w:sz w:val="25"/>
        </w:rPr>
        <w:t>2  Her havaya uygun eşyayı çizgi çekerek eşleştir.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ud_with_rai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Yağmurlu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glasses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sz w:val="21"/>
              </w:rPr>
              <w:t>güneş gözlüğü</w:t>
            </w:r>
          </w:p>
        </w:tc>
      </w:tr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ud_with_sn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Karlı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mbrella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sz w:val="21"/>
              </w:rPr>
              <w:t>şemsiye</w:t>
            </w:r>
          </w:p>
        </w:tc>
      </w:tr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Güneşli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sz w:val="21"/>
              </w:rPr>
              <w:t>uçurtma</w:t>
            </w:r>
          </w:p>
        </w:tc>
      </w:tr>
      <w:tr>
        <w:tc>
          <w:tcPr>
            <w:tcW w:type="dxa" w:w="3515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_fac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Rüzgârlı   ●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5102"/>
            <w:vAlign w:val="center"/>
          </w:tcPr>
          <w:p>
            <w: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360000" cy="36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loves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sz w:val="21"/>
              </w:rPr>
              <w:t>eldiven</w:t>
            </w:r>
          </w:p>
        </w:tc>
      </w:tr>
    </w:tbl>
    <w:p>
      <w:pPr>
        <w:spacing w:after="80"/>
      </w:pPr>
    </w:p>
    <w:p>
      <w:pPr>
        <w:spacing w:after="40"/>
      </w:pPr>
      <w:r>
        <w:rPr>
          <w:b/>
          <w:color w:val="1F8FB8"/>
          <w:sz w:val="25"/>
        </w:rPr>
        <w:t>3  En sevdiğin mevsimi çiz ve cümleyi tamamla.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rPr>
          <w:trHeight w:val="3118" w:hRule="exact"/>
        </w:trPr>
        <w:tc>
          <w:tcPr>
            <w:tcW w:type="dxa" w:w="10318"/>
          </w:tcPr>
          <w:p/>
        </w:tc>
      </w:tr>
    </w:tbl>
    <w:p>
      <w:pPr>
        <w:spacing w:after="40"/>
      </w:pPr>
    </w:p>
    <w:p>
      <w:pPr>
        <w:spacing w:after="60"/>
      </w:pPr>
      <w:r>
        <w:rPr>
          <w:b w:val="0"/>
          <w:sz w:val="23"/>
        </w:rPr>
        <w:t>En sevdiğim mevsim ........................., çünkü ..................................................................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entury Gothic" w:hAnsi="Century Gothic"/>
        <w:color w:val="888888"/>
        <w:sz w:val="16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entury Gothic" w:hAnsi="Century Gothic" w:eastAsia="Century Gothic" w:cs="Century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