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7542000" cy="1066708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ull1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67086"/>
                    </a:xfrm>
                    <a:prstGeom prst="rect"/>
                  </pic:spPr>
                </pic:pic>
              </a:graphicData>
            </a:graphic>
          </wp:inline>
        </w:drawing>
        <w:br w:type="page"/>
      </w:r>
    </w:p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7542000" cy="10667086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ull2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67086"/>
                    </a:xfrm>
                    <a:prstGeom prst="rect"/>
                  </pic:spPr>
                </pic:pic>
              </a:graphicData>
            </a:graphic>
          </wp:inline>
        </w:drawing>
        <w:br w:type="page"/>
      </w:r>
    </w:p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7542000" cy="10667086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ull3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67086"/>
                    </a:xfrm>
                    <a:prstGeom prst="rect"/>
                  </pic:spPr>
                </pic:pic>
              </a:graphicData>
            </a:graphic>
          </wp:inline>
        </w:drawing>
        <w:br w:type="page"/>
      </w:r>
    </w:p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7542000" cy="10667086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ull4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67086"/>
                    </a:xfrm>
                    <a:prstGeom prst="rect"/>
                  </pic:spPr>
                </pic:pic>
              </a:graphicData>
            </a:graphic>
          </wp:inline>
        </w:drawing>
        <w:br w:type="page"/>
      </w:r>
    </w:p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7542000" cy="10667086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ull5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67086"/>
                    </a:xfrm>
                    <a:prstGeom prst="rect"/>
                  </pic:spPr>
                </pic:pic>
              </a:graphicData>
            </a:graphic>
          </wp:inline>
        </w:drawing>
        <w:br w:type="page"/>
      </w:r>
    </w:p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7542000" cy="10667086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ull6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67086"/>
                    </a:xfrm>
                    <a:prstGeom prst="rect"/>
                  </pic:spPr>
                </pic:pic>
              </a:graphicData>
            </a:graphic>
          </wp:inline>
        </w:drawing>
        <w:br w:type="page"/>
      </w:r>
    </w:p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7542000" cy="10667086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ull7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67086"/>
                    </a:xfrm>
                    <a:prstGeom prst="rect"/>
                  </pic:spPr>
                </pic:pic>
              </a:graphicData>
            </a:graphic>
          </wp:inline>
        </w:drawing>
        <w:br w:type="page"/>
      </w:r>
    </w:p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7542000" cy="10667086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ull8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67086"/>
                    </a:xfrm>
                    <a:prstGeom prst="rect"/>
                  </pic:spPr>
                </pic:pic>
              </a:graphicData>
            </a:graphic>
          </wp:inline>
        </w:drawing>
        <w:br w:type="page"/>
      </w:r>
    </w:p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7542000" cy="10667086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ull9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67086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1906" w:h="16838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Relationship Id="rId17" Type="http://schemas.openxmlformats.org/officeDocument/2006/relationships/image" Target="media/image9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3. Sınıf Fen Bilimleri Çalışma Sayfaları</dc:title>
  <dc:subject/>
  <dc:creator>Dijital Öğretmen · Hasan Tutuş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