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4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5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6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7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8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9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0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2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3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4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5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6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7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8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29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0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1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2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3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4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5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6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7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8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39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0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drawing>
          <wp:inline xmlns:a="http://schemas.openxmlformats.org/drawingml/2006/main" xmlns:pic="http://schemas.openxmlformats.org/drawingml/2006/picture">
            <wp:extent cx="7542000" cy="10638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4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