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2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3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4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5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6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7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8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9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0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1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2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3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4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5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6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7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8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9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0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1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2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3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4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5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6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7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8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42000" cy="10671054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7105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Dijital Öğretmen · Hasan Tutuş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